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Ausbildungsnachweis</w:t>
      </w:r>
    </w:p>
    <w:p>
      <w:r>
        <w:rPr>
          <w:color w:val="5A6B66"/>
          <w:sz w:val="19"/>
        </w:rPr>
        <w:t>Deckblatt zum Berichtsheft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Name, Vorname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Ausbildungsberuf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Fachrichtung oder Schwerpunkt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Ausbildungsbetrieb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Ausbildende/r oder Ausbilder/in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Beginn der Ausbildung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Ende der Ausbildung (laut Vertrag)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Berufsschule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Zuständige Stelle (Kammer)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B66"/>
        <w:sz w:val="14"/>
      </w:rPr>
      <w:t>Vorlage von heftwerk.app, frei verwendbar. Digital führen: heftwerk.app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Ausbildungsnachweis</dc:title>
  <dc:subject/>
  <dc:creator>heftwerk.app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